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4E5A" w14:textId="77777777" w:rsidR="00064A67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78881436" wp14:editId="177C438C">
            <wp:extent cx="1332000" cy="133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26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D8BB8" w14:textId="63AEE196" w:rsidR="00064A67" w:rsidRDefault="00000000">
      <w:pPr>
        <w:pStyle w:val="Titel"/>
        <w:spacing w:after="20"/>
        <w:jc w:val="center"/>
      </w:pPr>
      <w:proofErr w:type="spellStart"/>
      <w:r>
        <w:t>Hausregeln</w:t>
      </w:r>
      <w:proofErr w:type="spellEnd"/>
      <w:r>
        <w:t xml:space="preserve"> – Studio EG</w:t>
      </w:r>
    </w:p>
    <w:p w14:paraId="5975CE16" w14:textId="77777777" w:rsidR="00064A67" w:rsidRPr="00516AE7" w:rsidRDefault="00000000">
      <w:pPr>
        <w:spacing w:after="120"/>
        <w:jc w:val="center"/>
        <w:rPr>
          <w:lang w:val="de-CH"/>
        </w:rPr>
      </w:pPr>
      <w:proofErr w:type="spellStart"/>
      <w:r w:rsidRPr="00516AE7">
        <w:rPr>
          <w:b/>
          <w:lang w:val="de-CH"/>
        </w:rPr>
        <w:t>Jaunhüsli</w:t>
      </w:r>
      <w:proofErr w:type="spellEnd"/>
      <w:r w:rsidRPr="00516AE7">
        <w:rPr>
          <w:b/>
          <w:lang w:val="de-CH"/>
        </w:rPr>
        <w:t xml:space="preserve"> in Im Fang</w:t>
      </w:r>
    </w:p>
    <w:p w14:paraId="176FFD55" w14:textId="77777777" w:rsidR="00064A67" w:rsidRPr="00516AE7" w:rsidRDefault="00000000">
      <w:pPr>
        <w:spacing w:after="100"/>
        <w:jc w:val="center"/>
        <w:rPr>
          <w:lang w:val="de-CH"/>
        </w:rPr>
      </w:pPr>
      <w:r w:rsidRPr="00516AE7">
        <w:rPr>
          <w:i/>
          <w:lang w:val="de-CH"/>
        </w:rPr>
        <w:t xml:space="preserve">Bitte helft mit, dass sich alle wohlfühlen und unser </w:t>
      </w:r>
      <w:proofErr w:type="spellStart"/>
      <w:r w:rsidRPr="00516AE7">
        <w:rPr>
          <w:i/>
          <w:lang w:val="de-CH"/>
        </w:rPr>
        <w:t>Jaunhüsli</w:t>
      </w:r>
      <w:proofErr w:type="spellEnd"/>
      <w:r w:rsidRPr="00516AE7">
        <w:rPr>
          <w:i/>
          <w:lang w:val="de-CH"/>
        </w:rPr>
        <w:t xml:space="preserve"> lange schön bleibt.</w:t>
      </w:r>
    </w:p>
    <w:p w14:paraId="3E566977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Nichtraucherunterkunft. Rauchen ist ausschliesslich am Gartensitzplatz erlaubt.</w:t>
      </w:r>
    </w:p>
    <w:p w14:paraId="1418CDEE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 xml:space="preserve">Mobile Küche mit Kochherd, </w:t>
      </w:r>
      <w:proofErr w:type="spellStart"/>
      <w:r w:rsidRPr="00516AE7">
        <w:rPr>
          <w:lang w:val="de-CH"/>
        </w:rPr>
        <w:t>Airfryer</w:t>
      </w:r>
      <w:proofErr w:type="spellEnd"/>
      <w:r w:rsidRPr="00516AE7">
        <w:rPr>
          <w:lang w:val="de-CH"/>
        </w:rPr>
        <w:t xml:space="preserve"> und Mikrowelle mit Backfunktion bitte sorgfältig benutzen und Geräte nach Gebrauch ausschalten.</w:t>
      </w:r>
    </w:p>
    <w:p w14:paraId="16A0D2D2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Bettsofa bitte sorgfältig behandeln und bei der Abreise ordentlich hinterlassen.</w:t>
      </w:r>
    </w:p>
    <w:p w14:paraId="32C46DF9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Im Haus bitte keine Strassenschuhe tragen. Hausschuhe stehen zur Verfügung; eigene dürfen mitgebracht werden.</w:t>
      </w:r>
    </w:p>
    <w:p w14:paraId="34BBBF53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Keine Haustiere, Partys oder Veranstaltungen. Nur angemeldete Gäste dürfen übernachten.</w:t>
      </w:r>
    </w:p>
    <w:p w14:paraId="21A7B323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Nachtruhe ab 22.00 Uhr. Bitte Rücksicht auf die Gäste der anderen Einheit und die ruhige Umgebung nehmen.</w:t>
      </w:r>
    </w:p>
    <w:p w14:paraId="39901357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Fahrräder und andere Sportgeräte nicht in der Unterkunft abstellen. Ski und Langlaufski ins vorgesehene Abteil im Gartenhaus.</w:t>
      </w:r>
    </w:p>
    <w:p w14:paraId="6742D156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Elektroheizung ist voreingestellt – bitte nicht verändern. Bei Bedarf Daniela oder Tobias kontaktieren.</w:t>
      </w:r>
    </w:p>
    <w:p w14:paraId="0965BD31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Bitte Wasser und Energie sparsam verwenden.</w:t>
      </w:r>
    </w:p>
    <w:p w14:paraId="1F17B853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Abfall trennen und in den vorgesehenen Behältern im Gartenhaus deponieren; nach Möglichkeit bei Abreise in Im Fang entsorgen.</w:t>
      </w:r>
    </w:p>
    <w:p w14:paraId="6C07127B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Beim Verlassen Fenster schliessen sowie Licht und nicht benötigte Elektrogeräte ausschalten.</w:t>
      </w:r>
    </w:p>
    <w:p w14:paraId="665CD9B7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Schäden oder Defekte bitte möglichst sofort Daniela oder Tobias melden.</w:t>
      </w:r>
    </w:p>
    <w:p w14:paraId="13192404" w14:textId="77777777" w:rsidR="00064A67" w:rsidRPr="00516AE7" w:rsidRDefault="00000000">
      <w:pPr>
        <w:pStyle w:val="berschrift1"/>
        <w:rPr>
          <w:lang w:val="de-CH"/>
        </w:rPr>
      </w:pPr>
      <w:r w:rsidRPr="00516AE7">
        <w:rPr>
          <w:lang w:val="de-CH"/>
        </w:rPr>
        <w:t>Bei der Abreise – Check-out bis 10.00 Uhr</w:t>
      </w:r>
    </w:p>
    <w:p w14:paraId="46875B76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Geschirr abwaschen und versorgen; eigene Lebensmittel mitnehmen und Kühlschrank leer hinterlassen.</w:t>
      </w:r>
    </w:p>
    <w:p w14:paraId="51CC8593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Bettwäsche abziehen und mit den benutzten Frottiertüchern in den Wäschekorb in der Dusche legen.</w:t>
      </w:r>
    </w:p>
    <w:p w14:paraId="2E2D2BB9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Fenster schliessen sowie Licht und nicht benötigte Elektrogeräte ausschalten.</w:t>
      </w:r>
    </w:p>
    <w:p w14:paraId="15F33173" w14:textId="77777777" w:rsidR="00064A67" w:rsidRPr="00516AE7" w:rsidRDefault="00000000">
      <w:pPr>
        <w:ind w:left="238" w:hanging="170"/>
        <w:rPr>
          <w:lang w:val="de-CH"/>
        </w:rPr>
      </w:pPr>
      <w:r w:rsidRPr="00516AE7">
        <w:rPr>
          <w:b/>
          <w:lang w:val="de-CH"/>
        </w:rPr>
        <w:t xml:space="preserve">•  </w:t>
      </w:r>
      <w:r w:rsidRPr="00516AE7">
        <w:rPr>
          <w:lang w:val="de-CH"/>
        </w:rPr>
        <w:t>Schlüssel in die Schlüsselbox beim Gartenhaus zurücklegen und Zahlencode verstellen.</w:t>
      </w:r>
    </w:p>
    <w:p w14:paraId="2DBCC911" w14:textId="77777777" w:rsidR="00064A67" w:rsidRPr="00516AE7" w:rsidRDefault="00000000">
      <w:pPr>
        <w:spacing w:before="80" w:after="40"/>
        <w:jc w:val="center"/>
        <w:rPr>
          <w:lang w:val="de-CH"/>
        </w:rPr>
      </w:pPr>
      <w:r w:rsidRPr="00516AE7">
        <w:rPr>
          <w:b/>
          <w:lang w:val="de-CH"/>
        </w:rPr>
        <w:t>Vielen Dank und einen schönen Aufenthalt!</w:t>
      </w:r>
    </w:p>
    <w:p w14:paraId="3E7A652C" w14:textId="77777777" w:rsidR="00064A67" w:rsidRDefault="00000000">
      <w:pPr>
        <w:spacing w:after="0"/>
        <w:jc w:val="center"/>
      </w:pPr>
      <w:r>
        <w:t>Daniela +41 79 328 67 11   •   Tobias +41 79 219 82 20</w:t>
      </w:r>
    </w:p>
    <w:sectPr w:rsidR="00064A67" w:rsidSect="00034616">
      <w:pgSz w:w="12240" w:h="15840"/>
      <w:pgMar w:top="454" w:right="822" w:bottom="454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9412710">
    <w:abstractNumId w:val="8"/>
  </w:num>
  <w:num w:numId="2" w16cid:durableId="1807235695">
    <w:abstractNumId w:val="6"/>
  </w:num>
  <w:num w:numId="3" w16cid:durableId="834958286">
    <w:abstractNumId w:val="5"/>
  </w:num>
  <w:num w:numId="4" w16cid:durableId="1786725918">
    <w:abstractNumId w:val="4"/>
  </w:num>
  <w:num w:numId="5" w16cid:durableId="993485706">
    <w:abstractNumId w:val="7"/>
  </w:num>
  <w:num w:numId="6" w16cid:durableId="217010110">
    <w:abstractNumId w:val="3"/>
  </w:num>
  <w:num w:numId="7" w16cid:durableId="1262297453">
    <w:abstractNumId w:val="2"/>
  </w:num>
  <w:num w:numId="8" w16cid:durableId="125854933">
    <w:abstractNumId w:val="1"/>
  </w:num>
  <w:num w:numId="9" w16cid:durableId="54383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A67"/>
    <w:rsid w:val="0015074B"/>
    <w:rsid w:val="0029639D"/>
    <w:rsid w:val="00326F90"/>
    <w:rsid w:val="00516AE7"/>
    <w:rsid w:val="00AA1D8D"/>
    <w:rsid w:val="00B47730"/>
    <w:rsid w:val="00CB0664"/>
    <w:rsid w:val="00F55D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87FCC"/>
  <w14:defaultImageDpi w14:val="300"/>
  <w15:docId w15:val="{AE3864FF-F14F-441D-9B7B-E893326D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 w:line="247" w:lineRule="auto"/>
    </w:pPr>
    <w:rPr>
      <w:rFonts w:ascii="Aptos" w:hAnsi="Apto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Tobias Valentin</cp:lastModifiedBy>
  <cp:revision>2</cp:revision>
  <cp:lastPrinted>2026-08-19T15:30:00Z</cp:lastPrinted>
  <dcterms:created xsi:type="dcterms:W3CDTF">2026-08-19T15:30:00Z</dcterms:created>
  <dcterms:modified xsi:type="dcterms:W3CDTF">2026-08-19T15:30:00Z</dcterms:modified>
  <cp:category/>
</cp:coreProperties>
</file>