
<file path=[Content_Types].xml><?xml version="1.0" encoding="utf-8"?>
<Types xmlns="http://schemas.openxmlformats.org/package/2006/content-types">
  <Default Extension="pn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9C4250" w14:textId="77777777" w:rsidR="003D4205" w:rsidRDefault="00000000">
      <w:pPr>
        <w:spacing w:after="20"/>
        <w:jc w:val="center"/>
      </w:pPr>
      <w:r>
        <w:rPr>
          <w:noProof/>
        </w:rPr>
        <w:drawing>
          <wp:inline distT="0" distB="0" distL="0" distR="0" wp14:anchorId="153874C7" wp14:editId="31E4C019">
            <wp:extent cx="1224000" cy="1224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5260.pn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224000" cy="12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A8BD1E" w14:textId="005BC6A7" w:rsidR="003D4205" w:rsidRDefault="00000000">
      <w:pPr>
        <w:pStyle w:val="Titel"/>
        <w:spacing w:after="20"/>
        <w:jc w:val="center"/>
      </w:pPr>
      <w:proofErr w:type="spellStart"/>
      <w:r>
        <w:t>Hausregeln</w:t>
      </w:r>
      <w:proofErr w:type="spellEnd"/>
      <w:r>
        <w:t xml:space="preserve"> – </w:t>
      </w:r>
      <w:proofErr w:type="spellStart"/>
      <w:r>
        <w:t>Wohnung</w:t>
      </w:r>
      <w:proofErr w:type="spellEnd"/>
      <w:r>
        <w:t xml:space="preserve"> OG</w:t>
      </w:r>
    </w:p>
    <w:p w14:paraId="086C21BC" w14:textId="77777777" w:rsidR="003D4205" w:rsidRPr="00DF6FC8" w:rsidRDefault="00000000">
      <w:pPr>
        <w:spacing w:after="120"/>
        <w:jc w:val="center"/>
        <w:rPr>
          <w:lang w:val="de-CH"/>
        </w:rPr>
      </w:pPr>
      <w:proofErr w:type="spellStart"/>
      <w:r w:rsidRPr="00DF6FC8">
        <w:rPr>
          <w:b/>
          <w:lang w:val="de-CH"/>
        </w:rPr>
        <w:t>Jaunhüsli</w:t>
      </w:r>
      <w:proofErr w:type="spellEnd"/>
      <w:r w:rsidRPr="00DF6FC8">
        <w:rPr>
          <w:b/>
          <w:lang w:val="de-CH"/>
        </w:rPr>
        <w:t xml:space="preserve"> in Im Fang</w:t>
      </w:r>
    </w:p>
    <w:p w14:paraId="3756EA43" w14:textId="77777777" w:rsidR="003D4205" w:rsidRPr="00DF6FC8" w:rsidRDefault="00000000">
      <w:pPr>
        <w:spacing w:after="140"/>
        <w:jc w:val="center"/>
        <w:rPr>
          <w:lang w:val="de-CH"/>
        </w:rPr>
      </w:pPr>
      <w:r w:rsidRPr="00DF6FC8">
        <w:rPr>
          <w:i/>
          <w:lang w:val="de-CH"/>
        </w:rPr>
        <w:t xml:space="preserve">Bitte helft mit, dass sich alle wohlfühlen und unser </w:t>
      </w:r>
      <w:proofErr w:type="spellStart"/>
      <w:r w:rsidRPr="00DF6FC8">
        <w:rPr>
          <w:i/>
          <w:lang w:val="de-CH"/>
        </w:rPr>
        <w:t>Jaunhüsli</w:t>
      </w:r>
      <w:proofErr w:type="spellEnd"/>
      <w:r w:rsidRPr="00DF6FC8">
        <w:rPr>
          <w:i/>
          <w:lang w:val="de-CH"/>
        </w:rPr>
        <w:t xml:space="preserve"> lange schön bleibt.</w:t>
      </w:r>
    </w:p>
    <w:p w14:paraId="1C65D253" w14:textId="77777777" w:rsidR="003D4205" w:rsidRPr="00DF6FC8" w:rsidRDefault="00000000">
      <w:pPr>
        <w:ind w:left="238" w:hanging="170"/>
        <w:rPr>
          <w:lang w:val="de-CH"/>
        </w:rPr>
      </w:pPr>
      <w:r w:rsidRPr="00DF6FC8">
        <w:rPr>
          <w:b/>
          <w:lang w:val="de-CH"/>
        </w:rPr>
        <w:t xml:space="preserve">•  </w:t>
      </w:r>
      <w:r w:rsidRPr="00DF6FC8">
        <w:rPr>
          <w:lang w:val="de-CH"/>
        </w:rPr>
        <w:t>Nichtraucherunterkunft. Rauchen ist nur am Gartensitzplatz erlaubt – nicht auf dem Balkon.</w:t>
      </w:r>
    </w:p>
    <w:p w14:paraId="094286A8" w14:textId="77777777" w:rsidR="003D4205" w:rsidRPr="00DF6FC8" w:rsidRDefault="00000000">
      <w:pPr>
        <w:ind w:left="238" w:hanging="170"/>
        <w:rPr>
          <w:lang w:val="de-CH"/>
        </w:rPr>
      </w:pPr>
      <w:r w:rsidRPr="00DF6FC8">
        <w:rPr>
          <w:b/>
          <w:lang w:val="de-CH"/>
        </w:rPr>
        <w:t xml:space="preserve">•  </w:t>
      </w:r>
      <w:r w:rsidRPr="00DF6FC8">
        <w:rPr>
          <w:lang w:val="de-CH"/>
        </w:rPr>
        <w:t>Schwedenofen: Feuer nie unbeaufsichtigt lassen. Nur vollständig erkaltete Asche in den vorgesehenen Aschebehälter geben.</w:t>
      </w:r>
    </w:p>
    <w:p w14:paraId="58349FF7" w14:textId="77777777" w:rsidR="003D4205" w:rsidRPr="00DF6FC8" w:rsidRDefault="00000000">
      <w:pPr>
        <w:ind w:left="238" w:hanging="170"/>
        <w:rPr>
          <w:lang w:val="de-CH"/>
        </w:rPr>
      </w:pPr>
      <w:r w:rsidRPr="00DF6FC8">
        <w:rPr>
          <w:b/>
          <w:lang w:val="de-CH"/>
        </w:rPr>
        <w:t xml:space="preserve">•  </w:t>
      </w:r>
      <w:r w:rsidRPr="00DF6FC8">
        <w:rPr>
          <w:lang w:val="de-CH"/>
        </w:rPr>
        <w:t>Ein Startpaket Brennholz ist inklusive. Zusätzliches Brennholz kostet CHF 10.– pro Harasse und befindet sich im Gartenhaus.</w:t>
      </w:r>
    </w:p>
    <w:p w14:paraId="75E9A4C3" w14:textId="77777777" w:rsidR="003D4205" w:rsidRPr="00DF6FC8" w:rsidRDefault="00000000">
      <w:pPr>
        <w:ind w:left="238" w:hanging="170"/>
        <w:rPr>
          <w:lang w:val="de-CH"/>
        </w:rPr>
      </w:pPr>
      <w:r w:rsidRPr="00DF6FC8">
        <w:rPr>
          <w:b/>
          <w:lang w:val="de-CH"/>
        </w:rPr>
        <w:t xml:space="preserve">•  </w:t>
      </w:r>
      <w:r w:rsidRPr="00DF6FC8">
        <w:rPr>
          <w:lang w:val="de-CH"/>
        </w:rPr>
        <w:t>Der Schlafplatz im Dachspitz ist sehr eng und nur ca. 80 cm hoch. Bitte vorsichtig benutzen.</w:t>
      </w:r>
    </w:p>
    <w:p w14:paraId="1F62CB79" w14:textId="77777777" w:rsidR="003D4205" w:rsidRPr="00DF6FC8" w:rsidRDefault="00000000">
      <w:pPr>
        <w:ind w:left="238" w:hanging="170"/>
        <w:rPr>
          <w:lang w:val="de-CH"/>
        </w:rPr>
      </w:pPr>
      <w:r w:rsidRPr="00DF6FC8">
        <w:rPr>
          <w:b/>
          <w:lang w:val="de-CH"/>
        </w:rPr>
        <w:t xml:space="preserve">•  </w:t>
      </w:r>
      <w:r w:rsidRPr="00DF6FC8">
        <w:rPr>
          <w:lang w:val="de-CH"/>
        </w:rPr>
        <w:t>Im Haus bitte keine Strassenschuhe tragen. Hausschuhe stehen zur Verfügung; eigene dürfen mitgebracht werden.</w:t>
      </w:r>
    </w:p>
    <w:p w14:paraId="2C249389" w14:textId="77777777" w:rsidR="003D4205" w:rsidRPr="00DF6FC8" w:rsidRDefault="00000000">
      <w:pPr>
        <w:ind w:left="238" w:hanging="170"/>
        <w:rPr>
          <w:lang w:val="de-CH"/>
        </w:rPr>
      </w:pPr>
      <w:r w:rsidRPr="00DF6FC8">
        <w:rPr>
          <w:b/>
          <w:lang w:val="de-CH"/>
        </w:rPr>
        <w:t xml:space="preserve">•  </w:t>
      </w:r>
      <w:r w:rsidRPr="00DF6FC8">
        <w:rPr>
          <w:lang w:val="de-CH"/>
        </w:rPr>
        <w:t>Keine Haustiere, Partys oder Veranstaltungen. Nur angemeldete Gäste dürfen übernachten.</w:t>
      </w:r>
    </w:p>
    <w:p w14:paraId="123CB98D" w14:textId="77777777" w:rsidR="003D4205" w:rsidRPr="00DF6FC8" w:rsidRDefault="00000000">
      <w:pPr>
        <w:ind w:left="238" w:hanging="170"/>
        <w:rPr>
          <w:lang w:val="de-CH"/>
        </w:rPr>
      </w:pPr>
      <w:r w:rsidRPr="00DF6FC8">
        <w:rPr>
          <w:b/>
          <w:lang w:val="de-CH"/>
        </w:rPr>
        <w:t xml:space="preserve">•  </w:t>
      </w:r>
      <w:r w:rsidRPr="00DF6FC8">
        <w:rPr>
          <w:lang w:val="de-CH"/>
        </w:rPr>
        <w:t>Nachtruhe ab 22.00 Uhr. Bitte Rücksicht auf die Gäste der anderen Einheit und die ruhige Umgebung nehmen.</w:t>
      </w:r>
    </w:p>
    <w:p w14:paraId="3EA71457" w14:textId="77777777" w:rsidR="003D4205" w:rsidRPr="00DF6FC8" w:rsidRDefault="00000000">
      <w:pPr>
        <w:ind w:left="238" w:hanging="170"/>
        <w:rPr>
          <w:lang w:val="de-CH"/>
        </w:rPr>
      </w:pPr>
      <w:r w:rsidRPr="00DF6FC8">
        <w:rPr>
          <w:b/>
          <w:lang w:val="de-CH"/>
        </w:rPr>
        <w:t xml:space="preserve">•  </w:t>
      </w:r>
      <w:r w:rsidRPr="00DF6FC8">
        <w:rPr>
          <w:lang w:val="de-CH"/>
        </w:rPr>
        <w:t>Fahrräder und andere Sportgeräte nicht in der Unterkunft abstellen. Ski und Langlaufski ins vorgesehene Abteil im Gartenhaus.</w:t>
      </w:r>
    </w:p>
    <w:p w14:paraId="2AC41756" w14:textId="77777777" w:rsidR="003D4205" w:rsidRPr="00DF6FC8" w:rsidRDefault="00000000">
      <w:pPr>
        <w:ind w:left="238" w:hanging="170"/>
        <w:rPr>
          <w:lang w:val="de-CH"/>
        </w:rPr>
      </w:pPr>
      <w:r w:rsidRPr="00DF6FC8">
        <w:rPr>
          <w:b/>
          <w:lang w:val="de-CH"/>
        </w:rPr>
        <w:t xml:space="preserve">•  </w:t>
      </w:r>
      <w:r w:rsidRPr="00DF6FC8">
        <w:rPr>
          <w:lang w:val="de-CH"/>
        </w:rPr>
        <w:t>Elektroheizung ist voreingestellt – bitte nicht verändern. Bei Bedarf Daniela oder Tobias kontaktieren.</w:t>
      </w:r>
    </w:p>
    <w:p w14:paraId="3FC00DE4" w14:textId="77777777" w:rsidR="003D4205" w:rsidRPr="00DF6FC8" w:rsidRDefault="00000000">
      <w:pPr>
        <w:ind w:left="238" w:hanging="170"/>
        <w:rPr>
          <w:lang w:val="de-CH"/>
        </w:rPr>
      </w:pPr>
      <w:r w:rsidRPr="00DF6FC8">
        <w:rPr>
          <w:b/>
          <w:lang w:val="de-CH"/>
        </w:rPr>
        <w:t xml:space="preserve">•  </w:t>
      </w:r>
      <w:r w:rsidRPr="00DF6FC8">
        <w:rPr>
          <w:lang w:val="de-CH"/>
        </w:rPr>
        <w:t>Bitte Wasser und Energie sparsam verwenden.</w:t>
      </w:r>
    </w:p>
    <w:p w14:paraId="45E1C0E4" w14:textId="77777777" w:rsidR="003D4205" w:rsidRPr="00DF6FC8" w:rsidRDefault="00000000">
      <w:pPr>
        <w:ind w:left="238" w:hanging="170"/>
        <w:rPr>
          <w:lang w:val="de-CH"/>
        </w:rPr>
      </w:pPr>
      <w:r w:rsidRPr="00DF6FC8">
        <w:rPr>
          <w:b/>
          <w:lang w:val="de-CH"/>
        </w:rPr>
        <w:t xml:space="preserve">•  </w:t>
      </w:r>
      <w:r w:rsidRPr="00DF6FC8">
        <w:rPr>
          <w:lang w:val="de-CH"/>
        </w:rPr>
        <w:t>Abfall trennen und in den vorgesehenen Behältern im Gartenhaus deponieren; nach Möglichkeit bei Abreise in Im Fang entsorgen.</w:t>
      </w:r>
    </w:p>
    <w:p w14:paraId="00B1B53C" w14:textId="77777777" w:rsidR="003D4205" w:rsidRPr="00DF6FC8" w:rsidRDefault="00000000">
      <w:pPr>
        <w:ind w:left="238" w:hanging="170"/>
        <w:rPr>
          <w:lang w:val="de-CH"/>
        </w:rPr>
      </w:pPr>
      <w:r w:rsidRPr="00DF6FC8">
        <w:rPr>
          <w:b/>
          <w:lang w:val="de-CH"/>
        </w:rPr>
        <w:t xml:space="preserve">•  </w:t>
      </w:r>
      <w:r w:rsidRPr="00DF6FC8">
        <w:rPr>
          <w:lang w:val="de-CH"/>
        </w:rPr>
        <w:t>Beim Verlassen Fenster schliessen sowie Licht und nicht benötigte Elektrogeräte ausschalten.</w:t>
      </w:r>
    </w:p>
    <w:p w14:paraId="3C82806F" w14:textId="77777777" w:rsidR="003D4205" w:rsidRPr="00DF6FC8" w:rsidRDefault="00000000">
      <w:pPr>
        <w:ind w:left="238" w:hanging="170"/>
        <w:rPr>
          <w:lang w:val="de-CH"/>
        </w:rPr>
      </w:pPr>
      <w:r w:rsidRPr="00DF6FC8">
        <w:rPr>
          <w:b/>
          <w:lang w:val="de-CH"/>
        </w:rPr>
        <w:t xml:space="preserve">•  </w:t>
      </w:r>
      <w:r w:rsidRPr="00DF6FC8">
        <w:rPr>
          <w:lang w:val="de-CH"/>
        </w:rPr>
        <w:t>Schäden oder Defekte bitte möglichst sofort Daniela oder Tobias melden.</w:t>
      </w:r>
    </w:p>
    <w:p w14:paraId="758600A8" w14:textId="77777777" w:rsidR="003D4205" w:rsidRPr="00DF6FC8" w:rsidRDefault="00000000">
      <w:pPr>
        <w:pStyle w:val="berschrift1"/>
        <w:rPr>
          <w:lang w:val="de-CH"/>
        </w:rPr>
      </w:pPr>
      <w:r w:rsidRPr="00DF6FC8">
        <w:rPr>
          <w:lang w:val="de-CH"/>
        </w:rPr>
        <w:t>Bei der Abreise – Check-out bis 10.00 Uhr</w:t>
      </w:r>
    </w:p>
    <w:p w14:paraId="30D42CA3" w14:textId="77777777" w:rsidR="003D4205" w:rsidRPr="00DF6FC8" w:rsidRDefault="00000000">
      <w:pPr>
        <w:ind w:left="238" w:hanging="170"/>
        <w:rPr>
          <w:lang w:val="de-CH"/>
        </w:rPr>
      </w:pPr>
      <w:r w:rsidRPr="00DF6FC8">
        <w:rPr>
          <w:b/>
          <w:lang w:val="de-CH"/>
        </w:rPr>
        <w:t xml:space="preserve">•  </w:t>
      </w:r>
      <w:r w:rsidRPr="00DF6FC8">
        <w:rPr>
          <w:lang w:val="de-CH"/>
        </w:rPr>
        <w:t>Geschirr abwaschen und versorgen; eigene Lebensmittel mitnehmen und Kühlschrank leer hinterlassen.</w:t>
      </w:r>
    </w:p>
    <w:p w14:paraId="56C12994" w14:textId="77777777" w:rsidR="003D4205" w:rsidRPr="00DF6FC8" w:rsidRDefault="00000000">
      <w:pPr>
        <w:ind w:left="238" w:hanging="170"/>
        <w:rPr>
          <w:lang w:val="de-CH"/>
        </w:rPr>
      </w:pPr>
      <w:r w:rsidRPr="00DF6FC8">
        <w:rPr>
          <w:b/>
          <w:lang w:val="de-CH"/>
        </w:rPr>
        <w:t xml:space="preserve">•  </w:t>
      </w:r>
      <w:r w:rsidRPr="00DF6FC8">
        <w:rPr>
          <w:lang w:val="de-CH"/>
        </w:rPr>
        <w:t>Bettwäsche abziehen und mit den benutzten Frottiertüchern in den Wäschekorb in der Dusche legen.</w:t>
      </w:r>
    </w:p>
    <w:p w14:paraId="4B64EDBA" w14:textId="77777777" w:rsidR="003D4205" w:rsidRPr="00DF6FC8" w:rsidRDefault="00000000">
      <w:pPr>
        <w:ind w:left="238" w:hanging="170"/>
        <w:rPr>
          <w:lang w:val="de-CH"/>
        </w:rPr>
      </w:pPr>
      <w:r w:rsidRPr="00DF6FC8">
        <w:rPr>
          <w:b/>
          <w:lang w:val="de-CH"/>
        </w:rPr>
        <w:t xml:space="preserve">•  </w:t>
      </w:r>
      <w:r w:rsidRPr="00DF6FC8">
        <w:rPr>
          <w:lang w:val="de-CH"/>
        </w:rPr>
        <w:t>Fenster schliessen sowie Licht und nicht benötigte Elektrogeräte ausschalten.</w:t>
      </w:r>
    </w:p>
    <w:p w14:paraId="7A00E60A" w14:textId="77777777" w:rsidR="003D4205" w:rsidRPr="00DF6FC8" w:rsidRDefault="00000000">
      <w:pPr>
        <w:ind w:left="238" w:hanging="170"/>
        <w:rPr>
          <w:lang w:val="de-CH"/>
        </w:rPr>
      </w:pPr>
      <w:r w:rsidRPr="00DF6FC8">
        <w:rPr>
          <w:b/>
          <w:lang w:val="de-CH"/>
        </w:rPr>
        <w:t xml:space="preserve">•  </w:t>
      </w:r>
      <w:r w:rsidRPr="00DF6FC8">
        <w:rPr>
          <w:lang w:val="de-CH"/>
        </w:rPr>
        <w:t>Schlüssel in die Schlüsselbox beim Gartenhaus zurücklegen und Zahlencode verstellen.</w:t>
      </w:r>
    </w:p>
    <w:p w14:paraId="0F85F5F0" w14:textId="77777777" w:rsidR="003D4205" w:rsidRPr="00DF6FC8" w:rsidRDefault="00000000">
      <w:pPr>
        <w:spacing w:before="120" w:after="40"/>
        <w:jc w:val="center"/>
        <w:rPr>
          <w:lang w:val="de-CH"/>
        </w:rPr>
      </w:pPr>
      <w:r w:rsidRPr="00DF6FC8">
        <w:rPr>
          <w:b/>
          <w:lang w:val="de-CH"/>
        </w:rPr>
        <w:t>Vielen Dank und einen schönen Aufenthalt!</w:t>
      </w:r>
    </w:p>
    <w:p w14:paraId="2138A5AC" w14:textId="77777777" w:rsidR="003D4205" w:rsidRDefault="00000000">
      <w:pPr>
        <w:spacing w:after="0"/>
        <w:jc w:val="center"/>
      </w:pPr>
      <w:r>
        <w:t>Daniela +41 79 328 67 11   •   Tobias +41 79 219 82 20</w:t>
      </w:r>
    </w:p>
    <w:sectPr w:rsidR="003D4205" w:rsidSect="00034616">
      <w:pgSz w:w="12240" w:h="15840"/>
      <w:pgMar w:top="454" w:right="822" w:bottom="454" w:left="82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numm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numm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Aufzhlungszeichen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Aufzhlungszeichen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394934903">
    <w:abstractNumId w:val="8"/>
  </w:num>
  <w:num w:numId="2" w16cid:durableId="573899956">
    <w:abstractNumId w:val="6"/>
  </w:num>
  <w:num w:numId="3" w16cid:durableId="782312555">
    <w:abstractNumId w:val="5"/>
  </w:num>
  <w:num w:numId="4" w16cid:durableId="852256524">
    <w:abstractNumId w:val="4"/>
  </w:num>
  <w:num w:numId="5" w16cid:durableId="2075810033">
    <w:abstractNumId w:val="7"/>
  </w:num>
  <w:num w:numId="6" w16cid:durableId="2119982524">
    <w:abstractNumId w:val="3"/>
  </w:num>
  <w:num w:numId="7" w16cid:durableId="988050505">
    <w:abstractNumId w:val="2"/>
  </w:num>
  <w:num w:numId="8" w16cid:durableId="870342233">
    <w:abstractNumId w:val="1"/>
  </w:num>
  <w:num w:numId="9" w16cid:durableId="8274750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855D6"/>
    <w:rsid w:val="0029639D"/>
    <w:rsid w:val="00326F90"/>
    <w:rsid w:val="003D4205"/>
    <w:rsid w:val="00AA1D8D"/>
    <w:rsid w:val="00B47730"/>
    <w:rsid w:val="00CB0664"/>
    <w:rsid w:val="00DF6FC8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6ABDF7E"/>
  <w14:defaultImageDpi w14:val="300"/>
  <w15:docId w15:val="{222FD6A6-4BDD-4B6C-B85C-8D5524B467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FC693F"/>
    <w:pPr>
      <w:spacing w:after="80" w:line="252" w:lineRule="auto"/>
    </w:pPr>
    <w:rPr>
      <w:rFonts w:ascii="Aptos" w:hAnsi="Apto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FC693F"/>
    <w:pPr>
      <w:keepNext/>
      <w:keepLines/>
      <w:spacing w:before="12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7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E618BF"/>
  </w:style>
  <w:style w:type="paragraph" w:styleId="Fuzeile">
    <w:name w:val="footer"/>
    <w:basedOn w:val="Standard"/>
    <w:link w:val="FuzeileZchn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E618BF"/>
  </w:style>
  <w:style w:type="paragraph" w:styleId="KeinLeerraum">
    <w:name w:val="No Spacing"/>
    <w:uiPriority w:val="1"/>
    <w:qFormat/>
    <w:rsid w:val="00FC693F"/>
    <w:pPr>
      <w:spacing w:after="0" w:line="240" w:lineRule="auto"/>
    </w:pPr>
  </w:style>
  <w:style w:type="character" w:customStyle="1" w:styleId="berschrift1Zchn">
    <w:name w:val="Überschrift 1 Zchn"/>
    <w:basedOn w:val="Absatz-Standardschriftart"/>
    <w:link w:val="berschrift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el">
    <w:name w:val="Title"/>
    <w:basedOn w:val="Standard"/>
    <w:next w:val="Standard"/>
    <w:link w:val="TitelZchn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4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nabsatz">
    <w:name w:val="List Paragraph"/>
    <w:basedOn w:val="Standard"/>
    <w:uiPriority w:val="34"/>
    <w:qFormat/>
    <w:rsid w:val="00FC693F"/>
    <w:pPr>
      <w:ind w:left="720"/>
      <w:contextualSpacing/>
    </w:pPr>
  </w:style>
  <w:style w:type="paragraph" w:styleId="Textkrper">
    <w:name w:val="Body Text"/>
    <w:basedOn w:val="Standard"/>
    <w:link w:val="TextkrperZchn"/>
    <w:uiPriority w:val="99"/>
    <w:unhideWhenUsed/>
    <w:rsid w:val="00AA1D8D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rsid w:val="00AA1D8D"/>
  </w:style>
  <w:style w:type="paragraph" w:styleId="Textkrper2">
    <w:name w:val="Body Text 2"/>
    <w:basedOn w:val="Standard"/>
    <w:link w:val="Textkrper2Zchn"/>
    <w:uiPriority w:val="99"/>
    <w:unhideWhenUsed/>
    <w:rsid w:val="00AA1D8D"/>
    <w:pPr>
      <w:spacing w:after="120" w:line="480" w:lineRule="auto"/>
    </w:pPr>
  </w:style>
  <w:style w:type="character" w:customStyle="1" w:styleId="Textkrper2Zchn">
    <w:name w:val="Textkörper 2 Zchn"/>
    <w:basedOn w:val="Absatz-Standardschriftart"/>
    <w:link w:val="Textkrper2"/>
    <w:uiPriority w:val="99"/>
    <w:rsid w:val="00AA1D8D"/>
  </w:style>
  <w:style w:type="paragraph" w:styleId="Textkrper3">
    <w:name w:val="Body Text 3"/>
    <w:basedOn w:val="Standard"/>
    <w:link w:val="Textkrper3Zchn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krper3Zchn">
    <w:name w:val="Textkörper 3 Zchn"/>
    <w:basedOn w:val="Absatz-Standardschriftart"/>
    <w:link w:val="Textkrper3"/>
    <w:uiPriority w:val="99"/>
    <w:rsid w:val="00AA1D8D"/>
    <w:rPr>
      <w:sz w:val="16"/>
      <w:szCs w:val="16"/>
    </w:rPr>
  </w:style>
  <w:style w:type="paragraph" w:styleId="Liste">
    <w:name w:val="List"/>
    <w:basedOn w:val="Standard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Standard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Standard"/>
    <w:uiPriority w:val="99"/>
    <w:unhideWhenUsed/>
    <w:rsid w:val="00326F90"/>
    <w:pPr>
      <w:ind w:left="1080" w:hanging="360"/>
      <w:contextualSpacing/>
    </w:pPr>
  </w:style>
  <w:style w:type="paragraph" w:styleId="Aufzhlungszeichen">
    <w:name w:val="List Bullet"/>
    <w:basedOn w:val="Standard"/>
    <w:uiPriority w:val="99"/>
    <w:unhideWhenUsed/>
    <w:rsid w:val="00326F90"/>
    <w:pPr>
      <w:numPr>
        <w:numId w:val="1"/>
      </w:numPr>
      <w:contextualSpacing/>
    </w:pPr>
  </w:style>
  <w:style w:type="paragraph" w:styleId="Aufzhlungszeichen2">
    <w:name w:val="List Bullet 2"/>
    <w:basedOn w:val="Standard"/>
    <w:uiPriority w:val="99"/>
    <w:unhideWhenUsed/>
    <w:rsid w:val="00326F90"/>
    <w:pPr>
      <w:numPr>
        <w:numId w:val="2"/>
      </w:numPr>
      <w:contextualSpacing/>
    </w:pPr>
  </w:style>
  <w:style w:type="paragraph" w:styleId="Aufzhlungszeichen3">
    <w:name w:val="List Bullet 3"/>
    <w:basedOn w:val="Standard"/>
    <w:uiPriority w:val="99"/>
    <w:unhideWhenUsed/>
    <w:rsid w:val="00326F90"/>
    <w:pPr>
      <w:numPr>
        <w:numId w:val="3"/>
      </w:numPr>
      <w:contextualSpacing/>
    </w:pPr>
  </w:style>
  <w:style w:type="paragraph" w:styleId="Listennummer">
    <w:name w:val="List Number"/>
    <w:basedOn w:val="Standard"/>
    <w:uiPriority w:val="99"/>
    <w:unhideWhenUsed/>
    <w:rsid w:val="00326F90"/>
    <w:pPr>
      <w:numPr>
        <w:numId w:val="5"/>
      </w:numPr>
      <w:contextualSpacing/>
    </w:pPr>
  </w:style>
  <w:style w:type="paragraph" w:styleId="Listennummer2">
    <w:name w:val="List Number 2"/>
    <w:basedOn w:val="Standard"/>
    <w:uiPriority w:val="99"/>
    <w:unhideWhenUsed/>
    <w:rsid w:val="0029639D"/>
    <w:pPr>
      <w:numPr>
        <w:numId w:val="6"/>
      </w:numPr>
      <w:contextualSpacing/>
    </w:pPr>
  </w:style>
  <w:style w:type="paragraph" w:styleId="Listennummer3">
    <w:name w:val="List Number 3"/>
    <w:basedOn w:val="Standard"/>
    <w:uiPriority w:val="99"/>
    <w:unhideWhenUsed/>
    <w:rsid w:val="0029639D"/>
    <w:pPr>
      <w:numPr>
        <w:numId w:val="7"/>
      </w:numPr>
      <w:contextualSpacing/>
    </w:pPr>
  </w:style>
  <w:style w:type="paragraph" w:styleId="Listenfortsetzung">
    <w:name w:val="List Continue"/>
    <w:basedOn w:val="Standard"/>
    <w:uiPriority w:val="99"/>
    <w:unhideWhenUsed/>
    <w:rsid w:val="0029639D"/>
    <w:pPr>
      <w:spacing w:after="120"/>
      <w:ind w:left="360"/>
      <w:contextualSpacing/>
    </w:pPr>
  </w:style>
  <w:style w:type="paragraph" w:styleId="Listenfortsetzung2">
    <w:name w:val="List Continue 2"/>
    <w:basedOn w:val="Standard"/>
    <w:uiPriority w:val="99"/>
    <w:unhideWhenUsed/>
    <w:rsid w:val="0029639D"/>
    <w:pPr>
      <w:spacing w:after="120"/>
      <w:ind w:left="720"/>
      <w:contextualSpacing/>
    </w:pPr>
  </w:style>
  <w:style w:type="paragraph" w:styleId="Listenfortsetzung3">
    <w:name w:val="List Continue 3"/>
    <w:basedOn w:val="Standard"/>
    <w:uiPriority w:val="99"/>
    <w:unhideWhenUsed/>
    <w:rsid w:val="0029639D"/>
    <w:pPr>
      <w:spacing w:after="120"/>
      <w:ind w:left="1080"/>
      <w:contextualSpacing/>
    </w:pPr>
  </w:style>
  <w:style w:type="paragraph" w:styleId="Makrotext">
    <w:name w:val="macro"/>
    <w:link w:val="MakrotextZchn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textZchn">
    <w:name w:val="Makrotext Zchn"/>
    <w:basedOn w:val="Absatz-Standardschriftart"/>
    <w:link w:val="Makrotext"/>
    <w:uiPriority w:val="99"/>
    <w:rsid w:val="0029639D"/>
    <w:rPr>
      <w:rFonts w:ascii="Courier" w:hAnsi="Courier"/>
      <w:sz w:val="20"/>
      <w:szCs w:val="20"/>
    </w:rPr>
  </w:style>
  <w:style w:type="paragraph" w:styleId="Zitat">
    <w:name w:val="Quote"/>
    <w:basedOn w:val="Standard"/>
    <w:next w:val="Standard"/>
    <w:link w:val="ZitatZchn"/>
    <w:uiPriority w:val="29"/>
    <w:qFormat/>
    <w:rsid w:val="00FC693F"/>
    <w:rPr>
      <w:i/>
      <w:iCs/>
      <w:color w:val="000000" w:themeColor="text1"/>
    </w:rPr>
  </w:style>
  <w:style w:type="character" w:customStyle="1" w:styleId="ZitatZchn">
    <w:name w:val="Zitat Zchn"/>
    <w:basedOn w:val="Absatz-Standardschriftart"/>
    <w:link w:val="Zitat"/>
    <w:uiPriority w:val="29"/>
    <w:rsid w:val="00FC693F"/>
    <w:rPr>
      <w:i/>
      <w:iCs/>
      <w:color w:val="000000" w:themeColor="text1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eschriftung">
    <w:name w:val="caption"/>
    <w:basedOn w:val="Standard"/>
    <w:next w:val="Standard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ett">
    <w:name w:val="Strong"/>
    <w:basedOn w:val="Absatz-Standardschriftart"/>
    <w:uiPriority w:val="22"/>
    <w:qFormat/>
    <w:rsid w:val="00FC693F"/>
    <w:rPr>
      <w:b/>
      <w:bCs/>
    </w:rPr>
  </w:style>
  <w:style w:type="character" w:styleId="Hervorhebung">
    <w:name w:val="Emphasis"/>
    <w:basedOn w:val="Absatz-Standardschriftart"/>
    <w:uiPriority w:val="20"/>
    <w:qFormat/>
    <w:rsid w:val="00FC693F"/>
    <w:rPr>
      <w:i/>
      <w:iCs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FC693F"/>
    <w:rPr>
      <w:b/>
      <w:bCs/>
      <w:i/>
      <w:iCs/>
      <w:color w:val="4F81BD" w:themeColor="accent1"/>
    </w:rPr>
  </w:style>
  <w:style w:type="character" w:styleId="SchwacheHervorhebung">
    <w:name w:val="Subtle Emphasis"/>
    <w:basedOn w:val="Absatz-Standardschriftart"/>
    <w:uiPriority w:val="19"/>
    <w:qFormat/>
    <w:rsid w:val="00FC693F"/>
    <w:rPr>
      <w:i/>
      <w:iCs/>
      <w:color w:val="808080" w:themeColor="text1" w:themeTint="7F"/>
    </w:rPr>
  </w:style>
  <w:style w:type="character" w:styleId="IntensiveHervorhebung">
    <w:name w:val="Intense Emphasis"/>
    <w:basedOn w:val="Absatz-Standardschriftart"/>
    <w:uiPriority w:val="21"/>
    <w:qFormat/>
    <w:rsid w:val="00FC693F"/>
    <w:rPr>
      <w:b/>
      <w:bCs/>
      <w:i/>
      <w:iCs/>
      <w:color w:val="4F81BD" w:themeColor="accent1"/>
    </w:rPr>
  </w:style>
  <w:style w:type="character" w:styleId="SchwacherVerweis">
    <w:name w:val="Subtle Reference"/>
    <w:basedOn w:val="Absatz-Standardschriftart"/>
    <w:uiPriority w:val="31"/>
    <w:qFormat/>
    <w:rsid w:val="00FC693F"/>
    <w:rPr>
      <w:smallCaps/>
      <w:color w:val="C0504D" w:themeColor="accent2"/>
      <w:u w:val="single"/>
    </w:rPr>
  </w:style>
  <w:style w:type="character" w:styleId="IntensiverVerweis">
    <w:name w:val="Intense Reference"/>
    <w:basedOn w:val="Absatz-Standardschriftar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uchtitel">
    <w:name w:val="Book Title"/>
    <w:basedOn w:val="Absatz-Standardschriftart"/>
    <w:uiPriority w:val="33"/>
    <w:qFormat/>
    <w:rsid w:val="00FC693F"/>
    <w:rPr>
      <w:b/>
      <w:bCs/>
      <w:smallCaps/>
      <w:spacing w:val="5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FC693F"/>
    <w:pPr>
      <w:outlineLvl w:val="9"/>
    </w:pPr>
  </w:style>
  <w:style w:type="table" w:styleId="Tabellenraster">
    <w:name w:val="Table Grid"/>
    <w:basedOn w:val="NormaleTabelle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HelleSchattierung">
    <w:name w:val="Light Shading"/>
    <w:basedOn w:val="NormaleTabelle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HelleSchattierung-Akzent1">
    <w:name w:val="Light Shading Accent 1"/>
    <w:basedOn w:val="NormaleTabelle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HelleSchattierung-Akzent2">
    <w:name w:val="Light Shading Accent 2"/>
    <w:basedOn w:val="NormaleTabelle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HelleSchattierung-Akzent3">
    <w:name w:val="Light Shading Accent 3"/>
    <w:basedOn w:val="NormaleTabelle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HelleSchattierung-Akzent4">
    <w:name w:val="Light Shading Accent 4"/>
    <w:basedOn w:val="NormaleTabelle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HelleSchattierung-Akzent5">
    <w:name w:val="Light Shading Accent 5"/>
    <w:basedOn w:val="NormaleTabelle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HelleSchattierung-Akzent6">
    <w:name w:val="Light Shading Accent 6"/>
    <w:basedOn w:val="NormaleTabelle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HelleListe">
    <w:name w:val="Light List"/>
    <w:basedOn w:val="NormaleTabel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HelleListe-Akzent1">
    <w:name w:val="Light List Accent 1"/>
    <w:basedOn w:val="NormaleTabel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HelleListe-Akzent2">
    <w:name w:val="Light List Accent 2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HelleListe-Akzent3">
    <w:name w:val="Light List Accent 3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HelleListe-Akzent4">
    <w:name w:val="Light List Accent 4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HelleListe-Akzent5">
    <w:name w:val="Light List Accent 5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HelleListe-Akzent6">
    <w:name w:val="Light List Accent 6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HellesRaster">
    <w:name w:val="Light Grid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HellesRaster-Akzent1">
    <w:name w:val="Light Grid Accent 1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HellesRaster-Akzent2">
    <w:name w:val="Light Grid Accent 2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HellesRaster-Akzent3">
    <w:name w:val="Light Grid Accent 3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HellesRaster-Akzent4">
    <w:name w:val="Light Grid Accent 4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HellesRaster-Akzent5">
    <w:name w:val="Light Grid Accent 5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HellesRaster-Akzent6">
    <w:name w:val="Light Grid Accent 6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ittlereSchattierung1">
    <w:name w:val="Medium Shading 1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1">
    <w:name w:val="Medium Shading 1 Accent 1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2">
    <w:name w:val="Medium Shading 1 Accent 2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3">
    <w:name w:val="Medium Shading 1 Accent 3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4">
    <w:name w:val="Medium Shading 1 Accent 4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5">
    <w:name w:val="Medium Shading 1 Accent 5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6">
    <w:name w:val="Medium Shading 1 Accent 6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2">
    <w:name w:val="Medium Shading 2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1">
    <w:name w:val="Medium Shading 2 Accent 1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2">
    <w:name w:val="Medium Shading 2 Accent 2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3">
    <w:name w:val="Medium Shading 2 Accent 3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4">
    <w:name w:val="Medium Shading 2 Accent 4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5">
    <w:name w:val="Medium Shading 2 Accent 5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6">
    <w:name w:val="Medium Shading 2 Accent 6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Liste1">
    <w:name w:val="Medium List 1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ittlereListe1-Akzent1">
    <w:name w:val="Medium List 1 Accent 1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ittlereListe1-Akzent2">
    <w:name w:val="Medium List 1 Accent 2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ittlereListe1-Akzent3">
    <w:name w:val="Medium List 1 Accent 3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ittlereListe1-Akzent4">
    <w:name w:val="Medium List 1 Accent 4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ittlereListe1-Akzent5">
    <w:name w:val="Medium List 1 Accent 5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ittlereListe1-Akzent6">
    <w:name w:val="Medium List 1 Accent 6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ittlereListe2">
    <w:name w:val="Medium List 2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1">
    <w:name w:val="Medium List 2 Accent 1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2">
    <w:name w:val="Medium List 2 Accent 2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3">
    <w:name w:val="Medium List 2 Accent 3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4">
    <w:name w:val="Medium List 2 Accent 4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5">
    <w:name w:val="Medium List 2 Accent 5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6">
    <w:name w:val="Medium List 2 Accent 6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sRaster1">
    <w:name w:val="Medium Grid 1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ittleresRaster1-Akzent1">
    <w:name w:val="Medium Grid 1 Accent 1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ittleresRaster1-Akzent2">
    <w:name w:val="Medium Grid 1 Accent 2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ittleresRaster1-Akzent3">
    <w:name w:val="Medium Grid 1 Accent 3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ittleresRaster1-Akzent4">
    <w:name w:val="Medium Grid 1 Accent 4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ittleresRaster1-Akzent5">
    <w:name w:val="Medium Grid 1 Accent 5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ittleresRaster1-Akzent6">
    <w:name w:val="Medium Grid 1 Accent 6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ittleresRaster2">
    <w:name w:val="Medium Grid 2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1">
    <w:name w:val="Medium Grid 2 Accent 1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2">
    <w:name w:val="Medium Grid 2 Accent 2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3">
    <w:name w:val="Medium Grid 2 Accent 3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4">
    <w:name w:val="Medium Grid 2 Accent 4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5">
    <w:name w:val="Medium Grid 2 Accent 5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6">
    <w:name w:val="Medium Grid 2 Accent 6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3">
    <w:name w:val="Medium Grid 3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ittleresRaster3-Akzent1">
    <w:name w:val="Medium Grid 3 Accent 1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ittleresRaster3-Akzent2">
    <w:name w:val="Medium Grid 3 Accent 2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ittleresRaster3-Akzent3">
    <w:name w:val="Medium Grid 3 Accent 3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ittleresRaster3-Akzent4">
    <w:name w:val="Medium Grid 3 Accent 4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ittleresRaster3-Akzent5">
    <w:name w:val="Medium Grid 3 Accent 5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ittleresRaster3-Akzent6">
    <w:name w:val="Medium Grid 3 Accent 6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unkleListe">
    <w:name w:val="Dark List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unkleListe-Akzent1">
    <w:name w:val="Dark List Accent 1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unkleListe-Akzent2">
    <w:name w:val="Dark List Accent 2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unkleListe-Akzent3">
    <w:name w:val="Dark List Accent 3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unkleListe-Akzent4">
    <w:name w:val="Dark List Accent 4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unkleListe-Akzent5">
    <w:name w:val="Dark List Accent 5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unkleListe-Akzent6">
    <w:name w:val="Dark List Accent 6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FarbigeSchattierung">
    <w:name w:val="Colorful Shading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1">
    <w:name w:val="Colorful Shading Accent 1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2">
    <w:name w:val="Colorful Shading Accent 2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3">
    <w:name w:val="Colorful Shading Accent 3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bigeSchattierung-Akzent4">
    <w:name w:val="Colorful Shading Accent 4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5">
    <w:name w:val="Colorful Shading Accent 5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6">
    <w:name w:val="Colorful Shading Accent 6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Liste">
    <w:name w:val="Colorful List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bigeListe-Akzent1">
    <w:name w:val="Colorful List Accent 1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FarbigeListe-Akzent2">
    <w:name w:val="Colorful List Accent 2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FarbigeListe-Akzent3">
    <w:name w:val="Colorful List Accent 3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FarbigeListe-Akzent4">
    <w:name w:val="Colorful List Accent 4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FarbigeListe-Akzent5">
    <w:name w:val="Colorful List Accent 5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FarbigeListe-Akzent6">
    <w:name w:val="Colorful List Accent 6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FarbigesRaster">
    <w:name w:val="Colorful Grid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bigesRaster-Akzent1">
    <w:name w:val="Colorful Grid Accent 1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FarbigesRaster-Akzent2">
    <w:name w:val="Colorful Grid Accent 2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FarbigesRaster-Akzent3">
    <w:name w:val="Colorful Grid Accent 3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bigesRaster-Akzent4">
    <w:name w:val="Colorful Grid Accent 4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FarbigesRaster-Akzent5">
    <w:name w:val="Colorful Grid Accent 5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FarbigesRaster-Akzent6">
    <w:name w:val="Colorful Grid Accent 6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270</Words>
  <Characters>1707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1974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Tobias Valentin</cp:lastModifiedBy>
  <cp:revision>2</cp:revision>
  <cp:lastPrinted>2026-08-19T15:28:00Z</cp:lastPrinted>
  <dcterms:created xsi:type="dcterms:W3CDTF">2026-08-19T15:29:00Z</dcterms:created>
  <dcterms:modified xsi:type="dcterms:W3CDTF">2026-08-19T15:29:00Z</dcterms:modified>
  <cp:category/>
</cp:coreProperties>
</file>